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40" w:lineRule="auto"/>
        <w:jc w:val="left"/>
      </w:pPr>
      <w:r>
        <w:rPr>
          <w:rFonts w:ascii="Aptos Display" w:hAnsi="Aptos Display" w:cs="Aptos Display"/>
          <w:b/>
          <w:color w:val="000000"/>
          <w:sz w:val="46"/>
        </w:rPr>
        <w:t>CONTRATO DE USO DE PLATAFORMA Y SERVICIOS PARA USUARIOS REDEEC</w:t>
      </w:r>
    </w:p>
    <w:p>
      <w:pPr>
        <w:spacing w:before="0" w:after="160" w:line="276" w:lineRule="auto"/>
      </w:pPr>
      <w:r>
        <w:rPr>
          <w:rFonts w:ascii="Georgia" w:hAnsi="Georgia" w:cs="Georgia"/>
          <w:b w:val="0"/>
          <w:color w:val="000000"/>
          <w:sz w:val="22"/>
        </w:rPr>
        <w:t>El presente contrato regula el registro, acceso y uso de REDEEC - Red Emprende Ecuador, plataforma administrada o impulsada por SolucionesPro.org para conectar emprendedores, PyMEs, profesionales, proveedores, productores, compradores, distribuidores, instituciones y aliados dentro de un entorno de gestion, servicios, herramientas, marketplace, oportunidades, marketing y ventas.</w:t>
      </w:r>
    </w:p>
    <w:p>
      <w:pPr>
        <w:spacing w:before="0" w:after="160" w:line="276" w:lineRule="auto"/>
      </w:pPr>
      <w:r>
        <w:rPr>
          <w:rFonts w:ascii="Georgia" w:hAnsi="Georgia" w:cs="Georgia"/>
          <w:b w:val="0"/>
          <w:color w:val="000000"/>
          <w:sz w:val="22"/>
        </w:rPr>
        <w:t>Al registrarse, ingresar, utilizar la plataforma, publicar informacion, contratar servicios, adquirir una membresia, aceptar digitalmente estos terminos o firmar este documento, EL USUARIO declara haber leido, entendido y aceptado las condiciones aqui establecidas.</w:t>
      </w:r>
    </w:p>
    <w:p>
      <w:pPr>
        <w:spacing w:before="240" w:after="80" w:line="240" w:lineRule="auto"/>
      </w:pPr>
      <w:r>
        <w:rPr>
          <w:rFonts w:ascii="Aptos" w:hAnsi="Aptos" w:cs="Aptos"/>
          <w:b/>
          <w:color w:val="000000"/>
          <w:sz w:val="26"/>
        </w:rPr>
        <w:t>1. PARTES CONTRATANTES</w:t>
      </w:r>
    </w:p>
    <w:p>
      <w:pPr>
        <w:spacing w:before="0" w:after="160" w:line="276" w:lineRule="auto"/>
      </w:pPr>
      <w:r>
        <w:rPr>
          <w:rFonts w:ascii="Georgia" w:hAnsi="Georgia" w:cs="Georgia"/>
          <w:b w:val="0"/>
          <w:color w:val="000000"/>
          <w:sz w:val="22"/>
        </w:rPr>
        <w:t>Comparecen, por una parte, REDEEC - Red Emprende Ecuador, iniciativa impulsada, administrada o desarrollada por SolucionesPro.org, con domicilio en _______________________, representada por _______________________, en adelante "LA PLATAFORMA", "LA RED" o "REDEEC"; y por otra parte, el/la Sr./Sra. _______________________, con cedula/RUC No. _______________________, domiciliado/a en _______________________, correo electronico _______________________, telefono _______________________, en adelante "EL USUARIO". Las partes acuerdan sujetarse a las siguientes clausulas:</w:t>
      </w:r>
    </w:p>
    <w:p>
      <w:pPr>
        <w:spacing w:before="240" w:after="80" w:line="240" w:lineRule="auto"/>
      </w:pPr>
      <w:r>
        <w:rPr>
          <w:rFonts w:ascii="Aptos" w:hAnsi="Aptos" w:cs="Aptos"/>
          <w:b/>
          <w:color w:val="000000"/>
          <w:sz w:val="26"/>
        </w:rPr>
        <w:t>2. OBJETO DEL CONTRATO</w:t>
      </w:r>
    </w:p>
    <w:p>
      <w:pPr>
        <w:spacing w:before="0" w:after="160" w:line="276" w:lineRule="auto"/>
      </w:pPr>
      <w:r>
        <w:rPr>
          <w:rFonts w:ascii="Georgia" w:hAnsi="Georgia" w:cs="Georgia"/>
          <w:b w:val="0"/>
          <w:color w:val="000000"/>
          <w:sz w:val="22"/>
        </w:rPr>
        <w:t>El objeto del presente contrato es regular el acceso y uso de REDEEC por parte de EL USUARIO, incluyendo registro de cuenta, creacion de perfil, publicacion de productos o servicios, busqueda de proveedores o clientes, uso de herramientas, plantillas, marketplace, solicitudes B2B, servicios gratuitos, servicios premium, beneficios, comunicaciones, campanas, espacios de trabajo y demas funcionalidades disponibles.</w:t>
      </w:r>
    </w:p>
    <w:p>
      <w:pPr>
        <w:spacing w:before="0" w:after="160" w:line="276" w:lineRule="auto"/>
      </w:pPr>
      <w:r>
        <w:rPr>
          <w:rFonts w:ascii="Georgia" w:hAnsi="Georgia" w:cs="Georgia"/>
          <w:b w:val="0"/>
          <w:color w:val="000000"/>
          <w:sz w:val="22"/>
        </w:rPr>
        <w:t>REDEEC tiene como finalidad reunir potenciales clientes y proveedores en un solo lugar o sistema, facilitando la vida de emprendedores, PyMEs y profesionales en Ecuador mediante conexiones, informacion, servicios, herramientas de gestion, oportunidades comerciales, marketing, ventas y apoyo especializado.</w:t>
      </w:r>
    </w:p>
    <w:p>
      <w:pPr>
        <w:spacing w:before="240" w:after="80" w:line="240" w:lineRule="auto"/>
      </w:pPr>
      <w:r>
        <w:rPr>
          <w:rFonts w:ascii="Aptos" w:hAnsi="Aptos" w:cs="Aptos"/>
          <w:b/>
          <w:color w:val="000000"/>
          <w:sz w:val="26"/>
        </w:rPr>
        <w:t>3. NATURALEZA JURIDICA</w:t>
      </w:r>
    </w:p>
    <w:p>
      <w:pPr>
        <w:spacing w:before="0" w:after="160" w:line="276" w:lineRule="auto"/>
      </w:pPr>
      <w:r>
        <w:rPr>
          <w:rFonts w:ascii="Georgia" w:hAnsi="Georgia" w:cs="Georgia"/>
          <w:b w:val="0"/>
          <w:color w:val="000000"/>
          <w:sz w:val="22"/>
        </w:rPr>
        <w:t>Este contrato es de naturaleza civil, mercantil y tecnologica. No genera relacion laboral, sociedad, mandato, agencia, franquicia, representacion legal, inversion, asociacion estrategica ni subordinacion entre EL USUARIO y REDEEC o SolucionesPro.org. La plataforma actua como sistema tecnologico, red de contacto, canal de visibilidad, marketplace y espacio de gestion, sin asumir automaticamente la ejecucion directa de los servicios publicados por terceros.</w:t>
      </w:r>
    </w:p>
    <w:p>
      <w:pPr>
        <w:spacing w:before="240" w:after="80" w:line="240" w:lineRule="auto"/>
      </w:pPr>
      <w:r>
        <w:rPr>
          <w:rFonts w:ascii="Aptos" w:hAnsi="Aptos" w:cs="Aptos"/>
          <w:b/>
          <w:color w:val="000000"/>
          <w:sz w:val="26"/>
        </w:rPr>
        <w:t>4. TIPOS DE USUARIO MEMBRESIAS ETIQUETAS Y BENEFICIOS</w:t>
      </w:r>
    </w:p>
    <w:p>
      <w:pPr>
        <w:spacing w:before="0" w:after="160" w:line="276" w:lineRule="auto"/>
      </w:pPr>
      <w:r>
        <w:rPr>
          <w:rFonts w:ascii="Georgia" w:hAnsi="Georgia" w:cs="Georgia"/>
          <w:b w:val="0"/>
          <w:color w:val="000000"/>
          <w:sz w:val="22"/>
        </w:rPr>
        <w:t>REDEEC podra clasificar a sus usuarios mediante etiquetas, planes, categorias o estados de participacion, incluyendo usuario gratuito, usuario premium, miembro fundador, proveedor verificado, profesional aliado, empresa registrada, institucion aliada, comprador, productor, distribuidor u otras categorias futuras.</w:t>
      </w:r>
    </w:p>
    <w:tbl>
      <w:tblPr>
        <w:tblW w:type="auto" w:w="0"/>
        <w:tblLayout w:type="autofit"/>
        <w:tblLook w:firstColumn="1" w:firstRow="1" w:lastColumn="0" w:lastRow="0" w:noHBand="0" w:noVBand="1" w:val="04A0"/>
      </w:tblPr>
      <w:tblGrid>
        <w:gridCol w:w="2880"/>
        <w:gridCol w:w="2880"/>
        <w:gridCol w:w="2880"/>
      </w:tblGrid>
      <w:tr>
        <w:tc>
          <w:tcPr>
            <w:tcW w:type="dxa" w:w="2880"/>
            <w:shd w:fill="36609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40" w:lineRule="auto"/>
            </w:pPr>
            <w:r/>
            <w:r>
              <w:rPr>
                <w:rFonts w:ascii="Aptos" w:hAnsi="Aptos" w:cs="Aptos"/>
                <w:b/>
                <w:color w:val="FFFFFF"/>
                <w:sz w:val="18"/>
              </w:rPr>
              <w:t>Categoria</w:t>
            </w:r>
          </w:p>
        </w:tc>
        <w:tc>
          <w:tcPr>
            <w:tcW w:type="dxa" w:w="2880"/>
            <w:shd w:fill="36609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40" w:lineRule="auto"/>
            </w:pPr>
            <w:r/>
            <w:r>
              <w:rPr>
                <w:rFonts w:ascii="Aptos" w:hAnsi="Aptos" w:cs="Aptos"/>
                <w:b/>
                <w:color w:val="FFFFFF"/>
                <w:sz w:val="18"/>
              </w:rPr>
              <w:t>Caracter general</w:t>
            </w:r>
          </w:p>
        </w:tc>
        <w:tc>
          <w:tcPr>
            <w:tcW w:type="dxa" w:w="2880"/>
            <w:shd w:fill="36609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40" w:lineRule="auto"/>
            </w:pPr>
            <w:r/>
            <w:r>
              <w:rPr>
                <w:rFonts w:ascii="Aptos" w:hAnsi="Aptos" w:cs="Aptos"/>
                <w:b/>
                <w:color w:val="FFFFFF"/>
                <w:sz w:val="18"/>
              </w:rPr>
              <w:t>Beneficios posibles</w:t>
            </w:r>
          </w:p>
        </w:tc>
      </w:tr>
      <w:tr>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Usuario gratuito</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Registro inicial sin pago.</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Acceso basico a perfil, herramientas gratuitas, contenidos, red y funciones publicas disponibles.</w:t>
            </w:r>
          </w:p>
        </w:tc>
      </w:tr>
      <w:tr>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Usuario premium</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Plan pagado o beneficio activado.</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Mayor visibilidad, herramientas ampliadas, plantillas, servicios, soporte, oportunidades y beneficios segun disponibilidad.</w:t>
            </w:r>
          </w:p>
        </w:tc>
      </w:tr>
      <w:tr>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Miembro fundador</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Usuario temprano con reconocimiento especial.</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Distintivo, beneficios preferentes, acceso anticipado, invitaciones y condiciones promocionales mientras exista el programa.</w:t>
            </w:r>
          </w:p>
        </w:tc>
      </w:tr>
      <w:tr>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Proveedor verificado</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Persona o empresa revisada para ofertar servicios.</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Perfil comercial, mayor confianza, participacion en marketplace, oportunidades B2B y servicios oficiales cuando aplique.</w:t>
            </w:r>
          </w:p>
        </w:tc>
      </w:tr>
      <w:tr>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Aliado o institucion</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Entidad vinculada a programas o beneficios.</w:t>
            </w:r>
          </w:p>
        </w:tc>
        <w:tc>
          <w:tcPr>
            <w:tcW w:type="dxa" w:w="28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before="0" w:after="0" w:line="252" w:lineRule="auto"/>
            </w:pPr>
            <w:r/>
            <w:r>
              <w:rPr>
                <w:rFonts w:ascii="Georgia" w:hAnsi="Georgia" w:cs="Georgia"/>
                <w:b w:val="0"/>
                <w:color w:val="000000"/>
                <w:sz w:val="18"/>
              </w:rPr>
              <w:t>Participacion en campanas, programas, servicios, eventos o beneficios para la comunidad.</w:t>
            </w:r>
          </w:p>
        </w:tc>
      </w:tr>
    </w:tbl>
    <w:p/>
    <w:p>
      <w:pPr>
        <w:spacing w:before="0" w:after="160" w:line="276" w:lineRule="auto"/>
      </w:pPr>
      <w:r>
        <w:rPr>
          <w:rFonts w:ascii="Georgia" w:hAnsi="Georgia" w:cs="Georgia"/>
          <w:b w:val="0"/>
          <w:color w:val="000000"/>
          <w:sz w:val="22"/>
        </w:rPr>
        <w:t>Las etiquetas y beneficios no constituyen derecho permanente. REDEEC podra modificarlos, suspenderlos, ampliarlos o retirarlos por criterios de calidad, disponibilidad, cumplimiento, seguridad, etapa del proyecto, sostenibilidad, cambios operativos o incumplimiento de EL USUARIO.</w:t>
      </w:r>
    </w:p>
    <w:p>
      <w:pPr>
        <w:spacing w:before="240" w:after="80" w:line="240" w:lineRule="auto"/>
      </w:pPr>
      <w:r>
        <w:rPr>
          <w:rFonts w:ascii="Aptos" w:hAnsi="Aptos" w:cs="Aptos"/>
          <w:b/>
          <w:color w:val="000000"/>
          <w:sz w:val="26"/>
        </w:rPr>
        <w:t>5. FUNCIONES Y ALCANCE DE LA PLATAFORMA</w:t>
      </w:r>
    </w:p>
    <w:p>
      <w:pPr>
        <w:spacing w:before="0" w:after="40" w:line="264" w:lineRule="auto"/>
      </w:pPr>
      <w:r>
        <w:rPr>
          <w:rFonts w:ascii="Georgia" w:hAnsi="Georgia" w:cs="Georgia"/>
          <w:b w:val="0"/>
          <w:color w:val="000000"/>
          <w:sz w:val="22"/>
        </w:rPr>
        <w:t>- Registro de cuenta, perfil personal, perfil comercial o perfil de negocio.</w:t>
      </w:r>
    </w:p>
    <w:p>
      <w:pPr>
        <w:spacing w:before="0" w:after="40" w:line="264" w:lineRule="auto"/>
      </w:pPr>
      <w:r>
        <w:rPr>
          <w:rFonts w:ascii="Georgia" w:hAnsi="Georgia" w:cs="Georgia"/>
          <w:b w:val="0"/>
          <w:color w:val="000000"/>
          <w:sz w:val="22"/>
        </w:rPr>
        <w:t>- Publicacion de productos, servicios, necesidades, oportunidades, solicitudes, anuncios o informacion comercial permitida.</w:t>
      </w:r>
    </w:p>
    <w:p>
      <w:pPr>
        <w:spacing w:before="0" w:after="40" w:line="264" w:lineRule="auto"/>
      </w:pPr>
      <w:r>
        <w:rPr>
          <w:rFonts w:ascii="Georgia" w:hAnsi="Georgia" w:cs="Georgia"/>
          <w:b w:val="0"/>
          <w:color w:val="000000"/>
          <w:sz w:val="22"/>
        </w:rPr>
        <w:t>- Acceso a marketplace, directorio, red de contactos, solicitudes B2B y conexiones con potenciales clientes o proveedores.</w:t>
      </w:r>
    </w:p>
    <w:p>
      <w:pPr>
        <w:spacing w:before="0" w:after="40" w:line="264" w:lineRule="auto"/>
      </w:pPr>
      <w:r>
        <w:rPr>
          <w:rFonts w:ascii="Georgia" w:hAnsi="Georgia" w:cs="Georgia"/>
          <w:b w:val="0"/>
          <w:color w:val="000000"/>
          <w:sz w:val="22"/>
        </w:rPr>
        <w:t>- Uso de herramientas, calculadoras, plantillas, evaluadores, guias, biblioteca, recursos de formalizacion, gestion, costos, precios, inventario, impuestos, marketing, ventas o tecnologia.</w:t>
      </w:r>
    </w:p>
    <w:p>
      <w:pPr>
        <w:spacing w:before="0" w:after="40" w:line="264" w:lineRule="auto"/>
      </w:pPr>
      <w:r>
        <w:rPr>
          <w:rFonts w:ascii="Georgia" w:hAnsi="Georgia" w:cs="Georgia"/>
          <w:b w:val="0"/>
          <w:color w:val="000000"/>
          <w:sz w:val="22"/>
        </w:rPr>
        <w:t>- Acceso a servicios gratuitos o premium ofrecidos por REDEEC, SolucionesPro.org, socios, profesionales, proveedores, aliados o terceros autorizados.</w:t>
      </w:r>
    </w:p>
    <w:p>
      <w:pPr>
        <w:spacing w:before="0" w:after="40" w:line="264" w:lineRule="auto"/>
      </w:pPr>
      <w:r>
        <w:rPr>
          <w:rFonts w:ascii="Georgia" w:hAnsi="Georgia" w:cs="Georgia"/>
          <w:b w:val="0"/>
          <w:color w:val="000000"/>
          <w:sz w:val="22"/>
        </w:rPr>
        <w:t>- Participacion en programas, talleres, campanas cooperadas, promociones, comunidades, convocatorias, beneficios, retos, eventos o espacios de aprendizaje.</w:t>
      </w:r>
    </w:p>
    <w:p>
      <w:pPr>
        <w:spacing w:before="0" w:after="40" w:line="264" w:lineRule="auto"/>
      </w:pPr>
      <w:r>
        <w:rPr>
          <w:rFonts w:ascii="Georgia" w:hAnsi="Georgia" w:cs="Georgia"/>
          <w:b w:val="0"/>
          <w:color w:val="000000"/>
          <w:sz w:val="22"/>
        </w:rPr>
        <w:t>- Recepcion de recomendaciones, comunicaciones, notificaciones, alertas, contenidos, reportes o sugerencias relacionadas con la actividad del usuario.</w:t>
      </w:r>
    </w:p>
    <w:p>
      <w:pPr>
        <w:spacing w:before="0" w:after="160" w:line="276" w:lineRule="auto"/>
      </w:pPr>
      <w:r>
        <w:rPr>
          <w:rFonts w:ascii="Georgia" w:hAnsi="Georgia" w:cs="Georgia"/>
          <w:b w:val="0"/>
          <w:color w:val="000000"/>
          <w:sz w:val="22"/>
        </w:rPr>
        <w:t>REDEEC podra incorporar, retirar, modificar, pausar o mejorar funciones de forma incremental. La disponibilidad de herramientas, servicios, plantillas, aplicaciones, beneficios o espacios de trabajo dependera del plan contratado, el perfil del usuario, la etapa de la plataforma, la capacidad tecnica y las reglas internas vigentes.</w:t>
      </w:r>
    </w:p>
    <w:p>
      <w:pPr>
        <w:spacing w:before="240" w:after="80" w:line="240" w:lineRule="auto"/>
      </w:pPr>
      <w:r>
        <w:rPr>
          <w:rFonts w:ascii="Aptos" w:hAnsi="Aptos" w:cs="Aptos"/>
          <w:b/>
          <w:color w:val="000000"/>
          <w:sz w:val="26"/>
        </w:rPr>
        <w:t>6. OBLIGACIONES DEL USUARIO</w:t>
      </w:r>
    </w:p>
    <w:p>
      <w:pPr>
        <w:spacing w:before="0" w:after="40" w:line="264" w:lineRule="auto"/>
      </w:pPr>
      <w:r>
        <w:rPr>
          <w:rFonts w:ascii="Georgia" w:hAnsi="Georgia" w:cs="Georgia"/>
          <w:b w:val="0"/>
          <w:color w:val="000000"/>
          <w:sz w:val="22"/>
        </w:rPr>
        <w:t>- Proporcionar informacion veraz, completa, actualizada y licita en su cuenta, perfil, publicaciones, solicitudes y comunicaciones.</w:t>
      </w:r>
    </w:p>
    <w:p>
      <w:pPr>
        <w:spacing w:before="0" w:after="40" w:line="264" w:lineRule="auto"/>
      </w:pPr>
      <w:r>
        <w:rPr>
          <w:rFonts w:ascii="Georgia" w:hAnsi="Georgia" w:cs="Georgia"/>
          <w:b w:val="0"/>
          <w:color w:val="000000"/>
          <w:sz w:val="22"/>
        </w:rPr>
        <w:t>- Usar la plataforma de buena fe, con fines empresariales, profesionales, comerciales, educativos o de gestion permitidos.</w:t>
      </w:r>
    </w:p>
    <w:p>
      <w:pPr>
        <w:spacing w:before="0" w:after="40" w:line="264" w:lineRule="auto"/>
      </w:pPr>
      <w:r>
        <w:rPr>
          <w:rFonts w:ascii="Georgia" w:hAnsi="Georgia" w:cs="Georgia"/>
          <w:b w:val="0"/>
          <w:color w:val="000000"/>
          <w:sz w:val="22"/>
        </w:rPr>
        <w:t>- Mantener confidenciales sus credenciales de acceso y responder por la actividad realizada desde su cuenta.</w:t>
      </w:r>
    </w:p>
    <w:p>
      <w:pPr>
        <w:spacing w:before="0" w:after="40" w:line="264" w:lineRule="auto"/>
      </w:pPr>
      <w:r>
        <w:rPr>
          <w:rFonts w:ascii="Georgia" w:hAnsi="Georgia" w:cs="Georgia"/>
          <w:b w:val="0"/>
          <w:color w:val="000000"/>
          <w:sz w:val="22"/>
        </w:rPr>
        <w:t>- No publicar informacion falsa, enganosa, ofensiva, discriminatoria, fraudulenta, ilegal, abusiva, difamatoria, invasiva o contraria a derechos de terceros.</w:t>
      </w:r>
    </w:p>
    <w:p>
      <w:pPr>
        <w:spacing w:before="0" w:after="40" w:line="264" w:lineRule="auto"/>
      </w:pPr>
      <w:r>
        <w:rPr>
          <w:rFonts w:ascii="Georgia" w:hAnsi="Georgia" w:cs="Georgia"/>
          <w:b w:val="0"/>
          <w:color w:val="000000"/>
          <w:sz w:val="22"/>
        </w:rPr>
        <w:t>- No copiar, extraer, revender, automatizar, raspar, replicar, suplantar, interferir, vulnerar, descompilar o explotar indebidamente la plataforma, sus datos, contenidos, herramientas, plantillas o modelo operativo.</w:t>
      </w:r>
    </w:p>
    <w:p>
      <w:pPr>
        <w:spacing w:before="0" w:after="40" w:line="264" w:lineRule="auto"/>
      </w:pPr>
      <w:r>
        <w:rPr>
          <w:rFonts w:ascii="Georgia" w:hAnsi="Georgia" w:cs="Georgia"/>
          <w:b w:val="0"/>
          <w:color w:val="000000"/>
          <w:sz w:val="22"/>
        </w:rPr>
        <w:t>- No contactar de forma abusiva, masiva, enganosa o no autorizada a otros usuarios, socios, proveedores, clientes o aliados de REDEEC.</w:t>
      </w:r>
    </w:p>
    <w:p>
      <w:pPr>
        <w:spacing w:before="0" w:after="40" w:line="264" w:lineRule="auto"/>
      </w:pPr>
      <w:r>
        <w:rPr>
          <w:rFonts w:ascii="Georgia" w:hAnsi="Georgia" w:cs="Georgia"/>
          <w:b w:val="0"/>
          <w:color w:val="000000"/>
          <w:sz w:val="22"/>
        </w:rPr>
        <w:t>- Cumplir condiciones de pago, suscripcion, comisiones, impuestos, entrega, garantia, calidad, servicio al cliente y legislacion aplicable cuando venda, compre, contrate o publique servicios.</w:t>
      </w:r>
    </w:p>
    <w:p>
      <w:pPr>
        <w:spacing w:before="0" w:after="40" w:line="264" w:lineRule="auto"/>
      </w:pPr>
      <w:r>
        <w:rPr>
          <w:rFonts w:ascii="Georgia" w:hAnsi="Georgia" w:cs="Georgia"/>
          <w:b w:val="0"/>
          <w:color w:val="000000"/>
          <w:sz w:val="22"/>
        </w:rPr>
        <w:t>- Responder por la calidad, legalidad, veracidad, disponibilidad y cumplimiento de los productos, servicios, ofertas, contenidos o beneficios que publique.</w:t>
      </w:r>
    </w:p>
    <w:p>
      <w:pPr>
        <w:spacing w:before="0" w:after="40" w:line="264" w:lineRule="auto"/>
      </w:pPr>
      <w:r>
        <w:rPr>
          <w:rFonts w:ascii="Georgia" w:hAnsi="Georgia" w:cs="Georgia"/>
          <w:b w:val="0"/>
          <w:color w:val="000000"/>
          <w:sz w:val="22"/>
        </w:rPr>
        <w:t>- Reportar usos indebidos, fraudes, perfiles sospechosos, conflictos, errores relevantes o vulnerabilidades de seguridad cuando los conozca.</w:t>
      </w:r>
    </w:p>
    <w:p>
      <w:pPr>
        <w:spacing w:before="240" w:after="80" w:line="240" w:lineRule="auto"/>
      </w:pPr>
      <w:r>
        <w:rPr>
          <w:rFonts w:ascii="Aptos" w:hAnsi="Aptos" w:cs="Aptos"/>
          <w:b/>
          <w:color w:val="000000"/>
          <w:sz w:val="26"/>
        </w:rPr>
        <w:t>7. OBLIGACIONES DE REDEEC Y SOLUCIONESPRO</w:t>
      </w:r>
    </w:p>
    <w:p>
      <w:pPr>
        <w:spacing w:before="0" w:after="40" w:line="264" w:lineRule="auto"/>
      </w:pPr>
      <w:r>
        <w:rPr>
          <w:rFonts w:ascii="Georgia" w:hAnsi="Georgia" w:cs="Georgia"/>
          <w:b w:val="0"/>
          <w:color w:val="000000"/>
          <w:sz w:val="22"/>
        </w:rPr>
        <w:t>- Administrar la plataforma y realizar esfuerzos razonables para mantener disponibles las funciones principales.</w:t>
      </w:r>
    </w:p>
    <w:p>
      <w:pPr>
        <w:spacing w:before="0" w:after="40" w:line="264" w:lineRule="auto"/>
      </w:pPr>
      <w:r>
        <w:rPr>
          <w:rFonts w:ascii="Georgia" w:hAnsi="Georgia" w:cs="Georgia"/>
          <w:b w:val="0"/>
          <w:color w:val="000000"/>
          <w:sz w:val="22"/>
        </w:rPr>
        <w:t>- Proteger la informacion del usuario conforme a la normativa aplicable y a las politicas internas de seguridad.</w:t>
      </w:r>
    </w:p>
    <w:p>
      <w:pPr>
        <w:spacing w:before="0" w:after="40" w:line="264" w:lineRule="auto"/>
      </w:pPr>
      <w:r>
        <w:rPr>
          <w:rFonts w:ascii="Georgia" w:hAnsi="Georgia" w:cs="Georgia"/>
          <w:b w:val="0"/>
          <w:color w:val="000000"/>
          <w:sz w:val="22"/>
        </w:rPr>
        <w:t>- Habilitar mecanismos razonables de registro, acceso, edicion de perfil, recuperacion o gestion de cuenta segun disponibilidad tecnica.</w:t>
      </w:r>
    </w:p>
    <w:p>
      <w:pPr>
        <w:spacing w:before="0" w:after="40" w:line="264" w:lineRule="auto"/>
      </w:pPr>
      <w:r>
        <w:rPr>
          <w:rFonts w:ascii="Georgia" w:hAnsi="Georgia" w:cs="Georgia"/>
          <w:b w:val="0"/>
          <w:color w:val="000000"/>
          <w:sz w:val="22"/>
        </w:rPr>
        <w:t>- Organizar categorias, herramientas, servicios, espacios, beneficios, proveedores, contenidos y funcionalidades de acuerdo con la evolucion de REDEEC.</w:t>
      </w:r>
    </w:p>
    <w:p>
      <w:pPr>
        <w:spacing w:before="0" w:after="40" w:line="264" w:lineRule="auto"/>
      </w:pPr>
      <w:r>
        <w:rPr>
          <w:rFonts w:ascii="Georgia" w:hAnsi="Georgia" w:cs="Georgia"/>
          <w:b w:val="0"/>
          <w:color w:val="000000"/>
          <w:sz w:val="22"/>
        </w:rPr>
        <w:t>- Revisar reportes de incumplimiento, perfiles sospechosos, publicaciones indebidas o problemas de uso dentro de tiempos razonables.</w:t>
      </w:r>
    </w:p>
    <w:p>
      <w:pPr>
        <w:spacing w:before="0" w:after="40" w:line="264" w:lineRule="auto"/>
      </w:pPr>
      <w:r>
        <w:rPr>
          <w:rFonts w:ascii="Georgia" w:hAnsi="Georgia" w:cs="Georgia"/>
          <w:b w:val="0"/>
          <w:color w:val="000000"/>
          <w:sz w:val="22"/>
        </w:rPr>
        <w:t>- Comunicar cambios relevantes cuando estos afecten sustancialmente el uso de la plataforma, planes pagados, beneficios o condiciones de servicio.</w:t>
      </w:r>
    </w:p>
    <w:p>
      <w:pPr>
        <w:spacing w:before="0" w:after="160" w:line="276" w:lineRule="auto"/>
      </w:pPr>
      <w:r>
        <w:rPr>
          <w:rFonts w:ascii="Georgia" w:hAnsi="Georgia" w:cs="Georgia"/>
          <w:b w:val="0"/>
          <w:color w:val="000000"/>
          <w:sz w:val="22"/>
        </w:rPr>
        <w:t>REDEEC y SolucionesPro.org no garantizan que todo contacto genere una venta, cliente, proveedor, contrato, financiamiento, resultado comercial, ahorro, utilidad o mejora especifica. La plataforma facilita herramientas, visibilidad, gestion y conexiones; los resultados dependen tambien de la informacion, oferta, calidad, cumplimiento, respuesta y actividad de cada usuario.</w:t>
      </w:r>
    </w:p>
    <w:p>
      <w:pPr>
        <w:spacing w:before="240" w:after="80" w:line="240" w:lineRule="auto"/>
      </w:pPr>
      <w:r>
        <w:rPr>
          <w:rFonts w:ascii="Aptos" w:hAnsi="Aptos" w:cs="Aptos"/>
          <w:b/>
          <w:color w:val="000000"/>
          <w:sz w:val="26"/>
        </w:rPr>
        <w:t>8. SERVICIOS GRATUITOS PREMIUM ALIADOS Y TERCEROS</w:t>
      </w:r>
    </w:p>
    <w:p>
      <w:pPr>
        <w:spacing w:before="0" w:after="160" w:line="276" w:lineRule="auto"/>
      </w:pPr>
      <w:r>
        <w:rPr>
          <w:rFonts w:ascii="Georgia" w:hAnsi="Georgia" w:cs="Georgia"/>
          <w:b w:val="0"/>
          <w:color w:val="000000"/>
          <w:sz w:val="22"/>
        </w:rPr>
        <w:t>La plataforma podra ofrecer servicios gratuitos, servicios premium, servicios oficiales, servicios de socios, servicios de profesionales, implementaciones tecnologicas, asesorias, consultorias, campanas, membresias, planes gestionados o beneficios especiales. Cada servicio podra tener condiciones particulares de precio, alcance, plazo, disponibilidad, responsable, politica de cancelacion, garantia limitada y forma de pago.</w:t>
      </w:r>
    </w:p>
    <w:p>
      <w:pPr>
        <w:spacing w:before="0" w:after="160" w:line="276" w:lineRule="auto"/>
      </w:pPr>
      <w:r>
        <w:rPr>
          <w:rFonts w:ascii="Georgia" w:hAnsi="Georgia" w:cs="Georgia"/>
          <w:b w:val="0"/>
          <w:color w:val="000000"/>
          <w:sz w:val="22"/>
        </w:rPr>
        <w:t>Cuando un servicio sea prestado por un socio, proveedor, profesional, aliado o tercero, dicho prestador sera responsable por la calidad, oportunidad, legalidad, cumplimiento y resultado del servicio contratado, salvo que REDEEC asuma expresamente por escrito una obligacion directa distinta.</w:t>
      </w:r>
    </w:p>
    <w:p>
      <w:pPr>
        <w:spacing w:before="240" w:after="80" w:line="240" w:lineRule="auto"/>
      </w:pPr>
      <w:r>
        <w:rPr>
          <w:rFonts w:ascii="Aptos" w:hAnsi="Aptos" w:cs="Aptos"/>
          <w:b/>
          <w:color w:val="000000"/>
          <w:sz w:val="26"/>
        </w:rPr>
        <w:t>9. PAGOS SUSCRIPCIONES COMISIONES Y FACTURACION</w:t>
      </w:r>
    </w:p>
    <w:p>
      <w:pPr>
        <w:spacing w:before="0" w:after="160" w:line="276" w:lineRule="auto"/>
      </w:pPr>
      <w:r>
        <w:rPr>
          <w:rFonts w:ascii="Georgia" w:hAnsi="Georgia" w:cs="Georgia"/>
          <w:b w:val="0"/>
          <w:color w:val="000000"/>
          <w:sz w:val="22"/>
        </w:rPr>
        <w:t>EL USUARIO acepta pagar los valores correspondientes a membresias, servicios premium, planes, asesorias, consultorias, implementaciones, publicaciones, verificaciones, comisiones, campanas u otros productos contratados dentro o a traves de REDEEC, segun los precios, condiciones y medios de pago informados al momento de la contratacion.</w:t>
      </w:r>
    </w:p>
    <w:p>
      <w:pPr>
        <w:spacing w:before="0" w:after="160" w:line="276" w:lineRule="auto"/>
      </w:pPr>
      <w:r>
        <w:rPr>
          <w:rFonts w:ascii="Georgia" w:hAnsi="Georgia" w:cs="Georgia"/>
          <w:b w:val="0"/>
          <w:color w:val="000000"/>
          <w:sz w:val="22"/>
        </w:rPr>
        <w:t>Las suscripciones podran renovarse de acuerdo con el plan elegido. REDEEC podra modificar precios, beneficios o condiciones de planes futuros, respetando los periodos ya pagados salvo causa legal, tecnica, operativa o incumplimiento del usuario. Los impuestos, retenciones, facturacion y obligaciones tributarias aplicables se gestionaran conforme a la normativa ecuatoriana y a la calidad de cada participante.</w:t>
      </w:r>
    </w:p>
    <w:p>
      <w:pPr>
        <w:spacing w:before="240" w:after="80" w:line="240" w:lineRule="auto"/>
      </w:pPr>
      <w:r>
        <w:rPr>
          <w:rFonts w:ascii="Aptos" w:hAnsi="Aptos" w:cs="Aptos"/>
          <w:b/>
          <w:color w:val="000000"/>
          <w:sz w:val="26"/>
        </w:rPr>
        <w:t>10. PUBLICACIONES MARKETPLACE Y RELACION ENTRE USUARIOS</w:t>
      </w:r>
    </w:p>
    <w:p>
      <w:pPr>
        <w:spacing w:before="0" w:after="160" w:line="276" w:lineRule="auto"/>
      </w:pPr>
      <w:r>
        <w:rPr>
          <w:rFonts w:ascii="Georgia" w:hAnsi="Georgia" w:cs="Georgia"/>
          <w:b w:val="0"/>
          <w:color w:val="000000"/>
          <w:sz w:val="22"/>
        </w:rPr>
        <w:t>EL USUARIO reconoce que las publicaciones, ofertas, precios, descripciones, disponibilidad, imagenes, promociones, beneficios, datos de contacto, respuestas, entregas y condiciones comerciales ingresadas por usuarios o terceros son responsabilidad de quien las publica. REDEEC podra revisar, moderar, ocultar o retirar contenido cuando existan indicios de incumplimiento, riesgo, mala fe, informacion incompleta, afectacion de marca, quejas o incompatibilidad con la finalidad de la red.</w:t>
      </w:r>
    </w:p>
    <w:p>
      <w:pPr>
        <w:spacing w:before="0" w:after="160" w:line="276" w:lineRule="auto"/>
      </w:pPr>
      <w:r>
        <w:rPr>
          <w:rFonts w:ascii="Georgia" w:hAnsi="Georgia" w:cs="Georgia"/>
          <w:b w:val="0"/>
          <w:color w:val="000000"/>
          <w:sz w:val="22"/>
        </w:rPr>
        <w:t>Las negociaciones, pagos, entregas, garantias, devoluciones, impuestos, obligaciones laborales, permisos, licencias, registros, cumplimiento profesional o controversias entre usuarios, proveedores, clientes o terceros seran responsabilidad de las partes que intervengan en cada operacion, salvo que REDEEC haya asumido expresamente un rol especifico por escrito.</w:t>
      </w:r>
    </w:p>
    <w:p>
      <w:pPr>
        <w:spacing w:before="240" w:after="80" w:line="240" w:lineRule="auto"/>
      </w:pPr>
      <w:r>
        <w:rPr>
          <w:rFonts w:ascii="Aptos" w:hAnsi="Aptos" w:cs="Aptos"/>
          <w:b/>
          <w:color w:val="000000"/>
          <w:sz w:val="26"/>
        </w:rPr>
        <w:t>11. SISTEMA DE MARKETING VENTAS Y COMUNICACIONES</w:t>
      </w:r>
    </w:p>
    <w:p>
      <w:pPr>
        <w:spacing w:before="0" w:after="160" w:line="276" w:lineRule="auto"/>
      </w:pPr>
      <w:r>
        <w:rPr>
          <w:rFonts w:ascii="Georgia" w:hAnsi="Georgia" w:cs="Georgia"/>
          <w:b w:val="0"/>
          <w:color w:val="000000"/>
          <w:sz w:val="22"/>
        </w:rPr>
        <w:t>REDEEC podra operar como sistema de marketing y ventas para los usuarios registrados, mediante vitrinas comerciales, campanas segmentadas, referidos, solicitudes, oportunidades, reportes, categorias, contenidos, promociones, alianzas, seguimiento de prospectos y comunicaciones internas o externas relacionadas con la red.</w:t>
      </w:r>
    </w:p>
    <w:p>
      <w:pPr>
        <w:spacing w:before="0" w:after="160" w:line="276" w:lineRule="auto"/>
      </w:pPr>
      <w:r>
        <w:rPr>
          <w:rFonts w:ascii="Georgia" w:hAnsi="Georgia" w:cs="Georgia"/>
          <w:b w:val="0"/>
          <w:color w:val="000000"/>
          <w:sz w:val="22"/>
        </w:rPr>
        <w:t>EL USUARIO autoriza a REDEEC a mostrar su informacion publica, perfil, oferta, categoria, distintivos, beneficios y publicaciones dentro de la plataforma o en canales de difusion asociados, siempre dentro de la finalidad de promocion, conexion, confianza, marketing, ventas y gestion de oportunidades de la red. EL USUARIO podra solicitar ajustes razonables de visibilidad segun las opciones disponibles.</w:t>
      </w:r>
    </w:p>
    <w:p>
      <w:pPr>
        <w:spacing w:before="240" w:after="80" w:line="240" w:lineRule="auto"/>
      </w:pPr>
      <w:r>
        <w:rPr>
          <w:rFonts w:ascii="Aptos" w:hAnsi="Aptos" w:cs="Aptos"/>
          <w:b/>
          <w:color w:val="000000"/>
          <w:sz w:val="26"/>
        </w:rPr>
        <w:t>12. PROTECCION DE DATOS PERSONALES</w:t>
      </w:r>
    </w:p>
    <w:p>
      <w:pPr>
        <w:spacing w:before="0" w:after="160" w:line="276" w:lineRule="auto"/>
      </w:pPr>
      <w:r>
        <w:rPr>
          <w:rFonts w:ascii="Georgia" w:hAnsi="Georgia" w:cs="Georgia"/>
          <w:b w:val="0"/>
          <w:color w:val="000000"/>
          <w:sz w:val="22"/>
        </w:rPr>
        <w:t>EL USUARIO autoriza a REDEEC y SolucionesPro.org a recopilar, almacenar, organizar, usar y tratar sus datos personales, comerciales, profesionales, de contacto, perfil, actividad, preferencias, publicaciones, solicitudes, transacciones, comunicaciones y uso de herramientas para fines de registro, operacion, seguridad, soporte, personalizacion, marketing, ventas, analitica, mejora del servicio, cumplimiento legal y gestion de la red.</w:t>
      </w:r>
    </w:p>
    <w:p>
      <w:pPr>
        <w:spacing w:before="0" w:after="160" w:line="276" w:lineRule="auto"/>
      </w:pPr>
      <w:r>
        <w:rPr>
          <w:rFonts w:ascii="Georgia" w:hAnsi="Georgia" w:cs="Georgia"/>
          <w:b w:val="0"/>
          <w:color w:val="000000"/>
          <w:sz w:val="22"/>
        </w:rPr>
        <w:t>REDEEC se compromete a realizar esfuerzos razonables para proteger la confidencialidad, integridad y seguridad de la informacion conforme a la Ley Organica de Proteccion de Datos Personales del Ecuador y demas normativa aplicable. EL USUARIO podra ejercer los derechos que correspondan de acuerdo con los canales y procedimientos habilitados por la plataforma.</w:t>
      </w:r>
    </w:p>
    <w:p>
      <w:pPr>
        <w:spacing w:before="240" w:after="80" w:line="240" w:lineRule="auto"/>
      </w:pPr>
      <w:r>
        <w:rPr>
          <w:rFonts w:ascii="Aptos" w:hAnsi="Aptos" w:cs="Aptos"/>
          <w:b/>
          <w:color w:val="000000"/>
          <w:sz w:val="26"/>
        </w:rPr>
        <w:t>13. PROPIEDAD INTELECTUAL HERRAMIENTAS PLANTILLAS Y DERECHO DE IDEA</w:t>
      </w:r>
    </w:p>
    <w:p>
      <w:pPr>
        <w:spacing w:before="0" w:after="160" w:line="276" w:lineRule="auto"/>
      </w:pPr>
      <w:r>
        <w:rPr>
          <w:rFonts w:ascii="Georgia" w:hAnsi="Georgia" w:cs="Georgia"/>
          <w:b w:val="0"/>
          <w:color w:val="000000"/>
          <w:sz w:val="22"/>
        </w:rPr>
        <w:t>La marca REDEEC, la estructura de la plataforma, software, disenos, textos, herramientas, plantillas, documentos, metodologias, flujos, categorias, contenidos, bases de conocimiento, modelos de negocio, propuestas, integraciones, interfaces, reportes, informacion estrategica, know how, materiales y mejoras pertenecen a REDEEC, SolucionesPro.org o a sus respectivos titulares.</w:t>
      </w:r>
    </w:p>
    <w:p>
      <w:pPr>
        <w:spacing w:before="0" w:after="160" w:line="276" w:lineRule="auto"/>
      </w:pPr>
      <w:r>
        <w:rPr>
          <w:rFonts w:ascii="Georgia" w:hAnsi="Georgia" w:cs="Georgia"/>
          <w:b w:val="0"/>
          <w:color w:val="000000"/>
          <w:sz w:val="22"/>
        </w:rPr>
        <w:t>La recepcion, lectura, uso, revision, conservacion o conocimiento total o parcial de contenidos, herramientas, documentos, modelos, propuestas, anexos, ideas, estructuras, flujos, categorias, mecanismos, plantillas o informacion estrategica de REDEEC obliga a EL USUARIO a respetar confidencialidad, reserva, no uso indebido y derecho de idea. EL USUARIO no queda autorizado a copiar, replicar, revender, desarrollar, financiar, explotar comercialmente, publicar, distribuir o compartir dichos elementos fuera de la finalidad permitida por la plataforma sin autorizacion escrita.</w:t>
      </w:r>
    </w:p>
    <w:p>
      <w:pPr>
        <w:spacing w:before="0" w:after="160" w:line="276" w:lineRule="auto"/>
      </w:pPr>
      <w:r>
        <w:rPr>
          <w:rFonts w:ascii="Georgia" w:hAnsi="Georgia" w:cs="Georgia"/>
          <w:b w:val="0"/>
          <w:color w:val="000000"/>
          <w:sz w:val="22"/>
        </w:rPr>
        <w:t>EL USUARIO conserva los derechos sobre los contenidos propios que publique, siempre que sean licitos y de su titularidad. Al publicarlos en REDEEC, concede a la plataforma una licencia no exclusiva, revocable en cuanto sea tecnicamente posible, para alojarlos, mostrarlos, clasificarlos, promocionarlos, compartirlos dentro de la red y utilizarlos para prestar el servicio contratado o solicitado.</w:t>
      </w:r>
    </w:p>
    <w:p>
      <w:pPr>
        <w:spacing w:before="240" w:after="80" w:line="240" w:lineRule="auto"/>
      </w:pPr>
      <w:r>
        <w:rPr>
          <w:rFonts w:ascii="Aptos" w:hAnsi="Aptos" w:cs="Aptos"/>
          <w:b/>
          <w:color w:val="000000"/>
          <w:sz w:val="26"/>
        </w:rPr>
        <w:t>14. CONFIDENCIALIDAD Y MANEJO DE CONTACTOS</w:t>
      </w:r>
    </w:p>
    <w:p>
      <w:pPr>
        <w:spacing w:before="0" w:after="160" w:line="276" w:lineRule="auto"/>
      </w:pPr>
      <w:r>
        <w:rPr>
          <w:rFonts w:ascii="Georgia" w:hAnsi="Georgia" w:cs="Georgia"/>
          <w:b w:val="0"/>
          <w:color w:val="000000"/>
          <w:sz w:val="22"/>
        </w:rPr>
        <w:t>EL USUARIO se obliga a manejar con reserva la informacion no publica a la que acceda dentro de REDEEC, incluyendo datos de otros usuarios, contactos, oportunidades, precios, propuestas, documentos, procesos, servicios, conversaciones, necesidades comerciales, informacion tecnica, informacion financiera o informacion estrategica.</w:t>
      </w:r>
    </w:p>
    <w:p>
      <w:pPr>
        <w:spacing w:before="0" w:after="160" w:line="276" w:lineRule="auto"/>
      </w:pPr>
      <w:r>
        <w:rPr>
          <w:rFonts w:ascii="Georgia" w:hAnsi="Georgia" w:cs="Georgia"/>
          <w:b w:val="0"/>
          <w:color w:val="000000"/>
          <w:sz w:val="22"/>
        </w:rPr>
        <w:t>Queda prohibido extraer, vender, ceder, copiar, descargar masivamente, compartir o utilizar contactos de la red para fines ajenos a REDEEC, campanas no autorizadas, competencia desleal, suplantacion, spam, acoso comercial o aprovechamiento indebido de oportunidades generadas por la plataforma.</w:t>
      </w:r>
    </w:p>
    <w:p>
      <w:pPr>
        <w:spacing w:before="240" w:after="80" w:line="240" w:lineRule="auto"/>
      </w:pPr>
      <w:r>
        <w:rPr>
          <w:rFonts w:ascii="Aptos" w:hAnsi="Aptos" w:cs="Aptos"/>
          <w:b/>
          <w:color w:val="000000"/>
          <w:sz w:val="26"/>
        </w:rPr>
        <w:t>15. LIMITACION DE RESPONSABILIDAD</w:t>
      </w:r>
    </w:p>
    <w:p>
      <w:pPr>
        <w:spacing w:before="0" w:after="160" w:line="276" w:lineRule="auto"/>
      </w:pPr>
      <w:r>
        <w:rPr>
          <w:rFonts w:ascii="Georgia" w:hAnsi="Georgia" w:cs="Georgia"/>
          <w:b w:val="0"/>
          <w:color w:val="000000"/>
          <w:sz w:val="22"/>
        </w:rPr>
        <w:t>REDEEC y SolucionesPro.org no seran responsables por perdidas, danos, lucro cesante, fallas, retrasos, incumplimientos, errores, publicaciones falsas, negociaciones fallidas, conflictos, fraudes de terceros, resultados comerciales, decisiones empresariales, asesorias externas, servicios prestados por terceros, interrupciones tecnicas razonables, fuerza mayor o uso indebido de la plataforma por parte de EL USUARIO o terceros.</w:t>
      </w:r>
    </w:p>
    <w:p>
      <w:pPr>
        <w:spacing w:before="0" w:after="160" w:line="276" w:lineRule="auto"/>
      </w:pPr>
      <w:r>
        <w:rPr>
          <w:rFonts w:ascii="Georgia" w:hAnsi="Georgia" w:cs="Georgia"/>
          <w:b w:val="0"/>
          <w:color w:val="000000"/>
          <w:sz w:val="22"/>
        </w:rPr>
        <w:t>Las herramientas, calculadoras, plantillas, recomendaciones, contenidos, rutas, diagnosticos o sugerencias disponibles en REDEEC tienen finalidad orientativa y de apoyo a la gestion. No sustituyen asesoria legal, contable, tributaria, financiera, tecnica o profesional especializada cuando la situacion del usuario requiera evaluacion particular.</w:t>
      </w:r>
    </w:p>
    <w:p>
      <w:pPr>
        <w:spacing w:before="240" w:after="80" w:line="240" w:lineRule="auto"/>
      </w:pPr>
      <w:r>
        <w:rPr>
          <w:rFonts w:ascii="Aptos" w:hAnsi="Aptos" w:cs="Aptos"/>
          <w:b/>
          <w:color w:val="000000"/>
          <w:sz w:val="26"/>
        </w:rPr>
        <w:t>16. SUSPENSION TERMINACION Y ELIMINACION DE CUENTA</w:t>
      </w:r>
    </w:p>
    <w:p>
      <w:pPr>
        <w:spacing w:before="0" w:after="160" w:line="276" w:lineRule="auto"/>
      </w:pPr>
      <w:r>
        <w:rPr>
          <w:rFonts w:ascii="Georgia" w:hAnsi="Georgia" w:cs="Georgia"/>
          <w:b w:val="0"/>
          <w:color w:val="000000"/>
          <w:sz w:val="22"/>
        </w:rPr>
        <w:t>El contrato se mantendra vigente mientras EL USUARIO conserve una cuenta activa o utilice servicios de REDEEC. EL USUARIO podra solicitar la terminacion o eliminacion de su cuenta conforme a los mecanismos disponibles, sin perjuicio de obligaciones pendientes de pago, confidencialidad, propiedad intelectual, datos historicos necesarios, registros legales, operaciones en curso o responsabilidades derivadas de su actividad previa.</w:t>
      </w:r>
    </w:p>
    <w:p>
      <w:pPr>
        <w:spacing w:before="0" w:after="160" w:line="276" w:lineRule="auto"/>
      </w:pPr>
      <w:r>
        <w:rPr>
          <w:rFonts w:ascii="Georgia" w:hAnsi="Georgia" w:cs="Georgia"/>
          <w:b w:val="0"/>
          <w:color w:val="000000"/>
          <w:sz w:val="22"/>
        </w:rPr>
        <w:t>REDEEC podra suspender, restringir o cancelar cuentas, publicaciones, beneficios, planes, servicios o accesos cuando exista incumplimiento de este contrato, uso indebido, riesgo de fraude, quejas reiteradas, informacion falsa, afectacion a terceros, riesgo tecnico, vulneracion de seguridad, falta de pago, dano reputacional o conducta contraria a la finalidad de la red.</w:t>
      </w:r>
    </w:p>
    <w:p>
      <w:pPr>
        <w:spacing w:before="240" w:after="80" w:line="240" w:lineRule="auto"/>
      </w:pPr>
      <w:r>
        <w:rPr>
          <w:rFonts w:ascii="Aptos" w:hAnsi="Aptos" w:cs="Aptos"/>
          <w:b/>
          <w:color w:val="000000"/>
          <w:sz w:val="26"/>
        </w:rPr>
        <w:t>17. MODIFICACIONES DEL CONTRATO</w:t>
      </w:r>
    </w:p>
    <w:p>
      <w:pPr>
        <w:spacing w:before="0" w:after="160" w:line="276" w:lineRule="auto"/>
      </w:pPr>
      <w:r>
        <w:rPr>
          <w:rFonts w:ascii="Georgia" w:hAnsi="Georgia" w:cs="Georgia"/>
          <w:b w:val="0"/>
          <w:color w:val="000000"/>
          <w:sz w:val="22"/>
        </w:rPr>
        <w:t>REDEEC podra actualizar este contrato, terminos de uso, politicas, precios, beneficios, etiquetas, categorias, servicios, herramientas o condiciones operativas para corregir errores, cumplir normativa, mejorar seguridad, incorporar nuevas funciones, ajustar el modelo de servicio o fortalecer la propuesta de valor. Las modificaciones relevantes seran comunicadas por los medios disponibles y se entenderan aceptadas si EL USUARIO continua utilizando la plataforma despues de su publicacion o notificacion.</w:t>
      </w:r>
    </w:p>
    <w:p>
      <w:pPr>
        <w:spacing w:before="240" w:after="80" w:line="240" w:lineRule="auto"/>
      </w:pPr>
      <w:r>
        <w:rPr>
          <w:rFonts w:ascii="Aptos" w:hAnsi="Aptos" w:cs="Aptos"/>
          <w:b/>
          <w:color w:val="000000"/>
          <w:sz w:val="26"/>
        </w:rPr>
        <w:t>18. LEGISLACION APLICABLE Y JURISDICCION</w:t>
      </w:r>
    </w:p>
    <w:p>
      <w:pPr>
        <w:spacing w:before="0" w:after="160" w:line="276" w:lineRule="auto"/>
      </w:pPr>
      <w:r>
        <w:rPr>
          <w:rFonts w:ascii="Georgia" w:hAnsi="Georgia" w:cs="Georgia"/>
          <w:b w:val="0"/>
          <w:color w:val="000000"/>
          <w:sz w:val="22"/>
        </w:rPr>
        <w:t>El presente contrato se regira por las leyes de la Republica del Ecuador. Cualquier controversia derivada del acceso, uso, interpretacion, cumplimiento o terminacion de este contrato sera resuelta preferentemente mediante negociacion directa. Si no existe acuerdo, LAS PARTES se someten a la jurisdiccion de los jueces competentes de la ciudad de Quito, salvo norma imperativa distinta aplicable al caso.</w:t>
      </w:r>
    </w:p>
    <w:p>
      <w:pPr>
        <w:spacing w:before="240" w:after="80" w:line="240" w:lineRule="auto"/>
      </w:pPr>
      <w:r>
        <w:rPr>
          <w:rFonts w:ascii="Aptos" w:hAnsi="Aptos" w:cs="Aptos"/>
          <w:b/>
          <w:color w:val="000000"/>
          <w:sz w:val="26"/>
        </w:rPr>
        <w:t>19. ACEPTACION DEL CONTRATO</w:t>
      </w:r>
    </w:p>
    <w:p>
      <w:pPr>
        <w:spacing w:before="0" w:after="160" w:line="276" w:lineRule="auto"/>
      </w:pPr>
      <w:r>
        <w:rPr>
          <w:rFonts w:ascii="Georgia" w:hAnsi="Georgia" w:cs="Georgia"/>
          <w:b w:val="0"/>
          <w:color w:val="000000"/>
          <w:sz w:val="22"/>
        </w:rPr>
        <w:t>Al firmar fisicamente, aceptar digitalmente, crear una cuenta, ingresar a la plataforma, publicar informacion, usar herramientas, contratar servicios, adquirir una membresia o continuar usando REDEEC despues de conocer estos terminos, EL USUARIO declara que ha leido, entendido y aceptado voluntariamente este contrato, obligandose a cumplirlo en su totalidad.</w:t>
      </w:r>
    </w:p>
    <w:p>
      <w:pPr>
        <w:spacing w:before="240" w:after="80" w:line="240" w:lineRule="auto"/>
      </w:pPr>
      <w:r>
        <w:rPr>
          <w:rFonts w:ascii="Aptos" w:hAnsi="Aptos" w:cs="Aptos"/>
          <w:b/>
          <w:color w:val="000000"/>
          <w:sz w:val="26"/>
        </w:rPr>
        <w:t>20. FIRMAS</w:t>
      </w:r>
    </w:p>
    <w:p>
      <w:pPr>
        <w:spacing w:before="0" w:after="160" w:line="276" w:lineRule="auto"/>
      </w:pPr>
      <w:r>
        <w:rPr>
          <w:rFonts w:ascii="Georgia" w:hAnsi="Georgia" w:cs="Georgia"/>
          <w:b w:val="0"/>
          <w:color w:val="000000"/>
          <w:sz w:val="22"/>
        </w:rPr>
        <w:t>En constancia de aceptacion, LAS PARTES firman el presente documento en dos ejemplares del mismo tenor, o lo aceptan mediante medios digitales validos, en la ciudad de _______________________, a los _____ dias del mes de _______________________ de 20____.</w:t>
      </w:r>
    </w:p>
    <w:p>
      <w:pPr>
        <w:spacing w:before="0" w:after="80" w:line="276" w:lineRule="auto"/>
      </w:pPr>
      <w:r>
        <w:rPr>
          <w:rFonts w:ascii="Georgia" w:hAnsi="Georgia" w:cs="Georgia"/>
          <w:b w:val="0"/>
          <w:color w:val="000000"/>
          <w:sz w:val="22"/>
        </w:rPr>
        <w:t>Por REDEEC - Red Emprende Ecuador / SolucionesPro.org</w:t>
      </w:r>
    </w:p>
    <w:p>
      <w:pPr>
        <w:spacing w:before="0" w:after="280" w:line="276" w:lineRule="auto"/>
      </w:pPr>
      <w:r>
        <w:rPr>
          <w:rFonts w:ascii="Georgia" w:hAnsi="Georgia" w:cs="Georgia"/>
          <w:b w:val="0"/>
          <w:color w:val="000000"/>
          <w:sz w:val="22"/>
        </w:rPr>
        <w:t>Nombre: __________________________</w:t>
        <w:br/>
        <w:t>Cargo: __________________________</w:t>
        <w:br/>
        <w:t>Firma: __________________________</w:t>
        <w:br/>
        <w:t>Fecha: __________________________</w:t>
      </w:r>
    </w:p>
    <w:p>
      <w:pPr>
        <w:spacing w:before="0" w:after="80" w:line="276" w:lineRule="auto"/>
      </w:pPr>
      <w:r>
        <w:rPr>
          <w:rFonts w:ascii="Georgia" w:hAnsi="Georgia" w:cs="Georgia"/>
          <w:b w:val="0"/>
          <w:color w:val="000000"/>
          <w:sz w:val="22"/>
        </w:rPr>
        <w:t>Por EL USUARIO</w:t>
      </w:r>
    </w:p>
    <w:p>
      <w:pPr>
        <w:spacing w:before="0" w:after="80" w:line="276" w:lineRule="auto"/>
      </w:pPr>
      <w:r>
        <w:rPr>
          <w:rFonts w:ascii="Georgia" w:hAnsi="Georgia" w:cs="Georgia"/>
          <w:b w:val="0"/>
          <w:color w:val="000000"/>
          <w:sz w:val="22"/>
        </w:rPr>
        <w:t>Nombre: __________________________</w:t>
        <w:br/>
        <w:t>Cedula/RUC: __________________________</w:t>
        <w:br/>
        <w:t>Firma: __________________________</w:t>
        <w:br/>
        <w:t>Fecha: 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